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Valores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Valores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estión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Valores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