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utor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838F"/>
          <w:sz w:val="76"/>
        </w:rPr>
        <w:t>Tutoría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