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er Trimest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55A78"/>
          <w:sz w:val="72"/>
        </w:rPr>
        <w:t>Primer Trimestre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Primer Trimestre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