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Tecnolog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Tecnología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Tecnología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