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cnolog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Tecnología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