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ecnologí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Tecnología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Tecnología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