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cn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25143"/>
          <w:sz w:val="72"/>
        </w:rPr>
        <w:t>Tecnología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