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ptiemb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D6A4F"/>
          <w:sz w:val="76"/>
        </w:rPr>
        <w:t>Septiembre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Septiembre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