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ptiem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Septiembre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