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pt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84E43"/>
          <w:sz w:val="72"/>
        </w:rPr>
        <w:t>Septiembre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