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05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aberes y Pensamiento Científic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68"/>
        </w:rPr>
        <w:t>Saberes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68"/>
        </w:rPr>
        <w:t>Pensamiento Científico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Saberes y Pensamiento Científico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