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792" w:before="0" w:after="12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aberes y Pensamiento Científic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66"/>
        </w:rPr>
        <w:t>Saberes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66"/>
        </w:rPr>
        <w:t>Pensamiento Científico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Saberes y Pensamiento Científico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