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eligió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Religión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Religión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