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Químic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0F8B8D"/>
          <w:sz w:val="72"/>
        </w:rPr>
        <w:t>Química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Química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