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60" w:before="0" w:after="158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Psicología de pizarr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FFFFFF"/>
          <w:sz w:val="80"/>
        </w:rPr>
        <w:t>Psicología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Curso: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Universidad: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Docente: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sectPr w:rsidR="00FC693F" w:rsidRPr="0006063C" w:rsidSect="00034616">
      <w:pgSz w:w="11906" w:h="16838"/>
      <w:pgMar w:top="5226" w:right="2345" w:bottom="360" w:left="2345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Psicología de pizarra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