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Psicologí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Psicología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Universidad: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Psicología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