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oyect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Proyecto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 del proyecto: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Equipo: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