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ave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Primavera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