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912" w:before="0" w:after="1224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Primavera con patrón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 w:val="0"/>
          <w:color w:val="43AA8B"/>
          <w:sz w:val="76"/>
        </w:rPr>
        <w:t>Primavera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Nombre: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Grado y grupo: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Escuela: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Profesor(a):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Fecha: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1906" w:h="16838"/>
      <w:pgMar w:top="6209" w:right="1989" w:bottom="360" w:left="1989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Primavera con patrón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