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imaver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Primavera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Primavera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