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aver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Primavera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