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Period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Primer Periodo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Periodo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