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rasgado sepi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D4037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rasgado sepia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