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23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ergamino antigu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E342E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sectPr w:rsidR="00FC693F" w:rsidRPr="0006063C" w:rsidSect="00034616">
      <w:pgSz w:w="11906" w:h="16838"/>
      <w:pgMar w:top="4209" w:right="2149" w:bottom="360" w:left="214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antiguo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