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20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ergamino dorad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7A5C00"/>
          <w:sz w:val="80"/>
        </w:rPr>
        <w:t>Título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554000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55400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554000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55400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554000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55400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554000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55400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554000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554000"/>
          <w:sz w:val="26"/>
        </w:rPr>
        <w:t>Escribe aquí</w:t>
      </w:r>
    </w:p>
    <w:sectPr w:rsidR="00FC693F" w:rsidRPr="0006063C" w:rsidSect="00034616">
      <w:pgSz w:w="12240" w:h="15840"/>
      <w:pgMar w:top="3960" w:right="2189" w:bottom="360" w:left="21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Pergamino dorado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