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23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ergamino dorad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A5C00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554000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554000"/>
          <w:sz w:val="26"/>
        </w:rPr>
        <w:t>Escribe aquí</w:t>
      </w:r>
    </w:p>
    <w:sectPr w:rsidR="00FC693F" w:rsidRPr="0006063C" w:rsidSect="00034616">
      <w:pgSz w:w="11906" w:h="16838"/>
      <w:pgMar w:top="4209" w:right="2149" w:bottom="360" w:left="214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dorado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