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Octub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D9730D"/>
          <w:sz w:val="72"/>
        </w:rPr>
        <w:t>Octubre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