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Octubre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D9730D"/>
          <w:sz w:val="88"/>
        </w:rPr>
        <w:t>Octubre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Octubre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