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oviemb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Noviembre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