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uaderno para niños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1565C0"/>
          <w:sz w:val="72"/>
        </w:rPr>
        <w:t>Mi cuaderno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niños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