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4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uaderno para niños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Mi cuaderno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2240" w:h="15840"/>
      <w:pgMar w:top="4957" w:right="2398" w:bottom="360" w:left="239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Cuaderno para niños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