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derno para niños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Mi cuaderno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