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o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94B8C"/>
          <w:sz w:val="72"/>
        </w:rPr>
        <w:t>Mi cuaderno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