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derno para niña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i cuadern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a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