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derno para niña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Mi cuadern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a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