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12" w:before="0" w:after="1778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Música de cuadern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FFFFFF"/>
          <w:sz w:val="76"/>
        </w:rPr>
        <w:t>Música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Curso: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Colegio: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Comic Sans MS" w:hAnsi="Comic Sans MS" w:cs="Comic Sans MS" w:eastAsia="Comic Sans MS"/>
          <w:b/>
          <w:i w:val="0"/>
          <w:color w:val="2B2F36"/>
          <w:sz w:val="26"/>
        </w:rPr>
        <w:t xml:space="preserve">Gestión: </w:t>
      </w:r>
      <w:r>
        <w:rPr>
          <w:rFonts w:ascii="Comic Sans MS" w:hAnsi="Comic Sans MS" w:cs="Comic Sans MS" w:eastAsia="Comic Sans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4754" w:right="2203" w:bottom="360" w:left="2203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Música de cuaderno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