
<file path=[Content_Types].xml><?xml version="1.0" encoding="utf-8"?>
<Types xmlns="http://schemas.openxmlformats.org/package/2006/content-types">
  <Default Extension="jpeg" ContentType="image/jpeg"/>
  <Default Extension="jp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spacing w:lineRule="exact" w:line="864" w:before="0" w:after="959"/>
        <w:jc w:val="center"/>
      </w:pPr>
      <w:r>
        <w:drawing>
          <wp:anchor xmlns:a="http://schemas.openxmlformats.org/drawingml/2006/main" xmlns:pic="http://schemas.openxmlformats.org/drawingml/2006/picture" distT="0" distB="0" distL="0" distR="0" simplePos="0" relativeHeight="1" behindDoc="1" locked="1" layoutInCell="1" allowOverlap="1">
            <wp:simplePos x="0" y="0"/>
            <wp:positionH relativeFrom="page">
              <wp:posOffset>0</wp:posOffset>
            </wp:positionH>
            <wp:positionV relativeFrom="page">
              <wp:posOffset>0</wp:posOffset>
            </wp:positionV>
            <wp:extent cx="7772400" cy="10058400"/>
            <wp:effectExtent l="0" t="0" r="0" b="0"/>
            <wp:wrapNone/>
            <wp:docPr id="1" name="Picture 1" descr="Fondo decorativo: Portada de Día de Muertos de recortes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0" name="image.jpg"/>
                    <pic:cNvPicPr/>
                  </pic:nvPicPr>
                  <pic:blipFill>
                    <a:blip r:embed="rId9"/>
                    <a:stretch>
                      <a:fillRect/>
                    </a:stretch>
                  </pic:blipFill>
                  <pic:spPr>
                    <a:xfrm>
                      <a:off x="0" y="0"/>
                      <a:ext cx="7772400" cy="10058400"/>
                    </a:xfrm>
                    <a:prstGeom prst="rect"/>
                  </pic:spPr>
                </pic:pic>
              </a:graphicData>
            </a:graphic>
          </wp:anchor>
        </w:drawing>
      </w:r>
      <w:r>
        <w:rPr>
          <w:rFonts w:ascii="Trebuchet MS" w:hAnsi="Trebuchet MS" w:cs="Trebuchet MS" w:eastAsia="Trebuchet MS"/>
          <w:b/>
          <w:i w:val="0"/>
          <w:color w:val="C2185B"/>
          <w:sz w:val="72"/>
        </w:rPr>
        <w:t>Día de Muertos</w:t>
      </w:r>
    </w:p>
    <w:p>
      <w:pPr>
        <w:spacing w:lineRule="exact" w:line="520" w:before="0" w:after="0"/>
      </w:pPr>
      <w:r>
        <w:rPr>
          <w:rFonts w:ascii="Trebuchet MS" w:hAnsi="Trebuchet MS" w:cs="Trebuchet MS" w:eastAsia="Trebuchet MS"/>
          <w:b/>
          <w:i w:val="0"/>
          <w:color w:val="2B2F36"/>
          <w:sz w:val="26"/>
        </w:rPr>
        <w:t xml:space="preserve">Nombre: </w:t>
      </w:r>
      <w:r>
        <w:rPr>
          <w:rFonts w:ascii="Trebuchet MS" w:hAnsi="Trebuchet MS" w:cs="Trebuchet MS" w:eastAsia="Trebuchet MS"/>
          <w:b w:val="0"/>
          <w:i w:val="0"/>
          <w:color w:val="2B2F36"/>
          <w:sz w:val="26"/>
        </w:rPr>
        <w:t>Escribe aquí</w:t>
      </w:r>
    </w:p>
    <w:p>
      <w:pPr>
        <w:spacing w:lineRule="exact" w:line="520" w:before="0" w:after="0"/>
      </w:pPr>
      <w:r>
        <w:rPr>
          <w:rFonts w:ascii="Trebuchet MS" w:hAnsi="Trebuchet MS" w:cs="Trebuchet MS" w:eastAsia="Trebuchet MS"/>
          <w:b/>
          <w:i w:val="0"/>
          <w:color w:val="2B2F36"/>
          <w:sz w:val="26"/>
        </w:rPr>
        <w:t xml:space="preserve">Grado y grupo: </w:t>
      </w:r>
      <w:r>
        <w:rPr>
          <w:rFonts w:ascii="Trebuchet MS" w:hAnsi="Trebuchet MS" w:cs="Trebuchet MS" w:eastAsia="Trebuchet MS"/>
          <w:b w:val="0"/>
          <w:i w:val="0"/>
          <w:color w:val="2B2F36"/>
          <w:sz w:val="26"/>
        </w:rPr>
        <w:t>Escribe aquí</w:t>
      </w:r>
    </w:p>
    <w:p>
      <w:pPr>
        <w:spacing w:lineRule="exact" w:line="520" w:before="0" w:after="0"/>
      </w:pPr>
      <w:r>
        <w:rPr>
          <w:rFonts w:ascii="Trebuchet MS" w:hAnsi="Trebuchet MS" w:cs="Trebuchet MS" w:eastAsia="Trebuchet MS"/>
          <w:b/>
          <w:i w:val="0"/>
          <w:color w:val="2B2F36"/>
          <w:sz w:val="26"/>
        </w:rPr>
        <w:t xml:space="preserve">Escuela: </w:t>
      </w:r>
      <w:r>
        <w:rPr>
          <w:rFonts w:ascii="Trebuchet MS" w:hAnsi="Trebuchet MS" w:cs="Trebuchet MS" w:eastAsia="Trebuchet MS"/>
          <w:b w:val="0"/>
          <w:i w:val="0"/>
          <w:color w:val="2B2F36"/>
          <w:sz w:val="26"/>
        </w:rPr>
        <w:t>Escribe aquí</w:t>
      </w:r>
    </w:p>
    <w:p>
      <w:pPr>
        <w:spacing w:lineRule="exact" w:line="520" w:before="0" w:after="0"/>
      </w:pPr>
      <w:r>
        <w:rPr>
          <w:rFonts w:ascii="Trebuchet MS" w:hAnsi="Trebuchet MS" w:cs="Trebuchet MS" w:eastAsia="Trebuchet MS"/>
          <w:b/>
          <w:i w:val="0"/>
          <w:color w:val="2B2F36"/>
          <w:sz w:val="26"/>
        </w:rPr>
        <w:t xml:space="preserve">Profesor(a): </w:t>
      </w:r>
      <w:r>
        <w:rPr>
          <w:rFonts w:ascii="Trebuchet MS" w:hAnsi="Trebuchet MS" w:cs="Trebuchet MS" w:eastAsia="Trebuchet MS"/>
          <w:b w:val="0"/>
          <w:i w:val="0"/>
          <w:color w:val="2B2F36"/>
          <w:sz w:val="26"/>
        </w:rPr>
        <w:t>Escribe aquí</w:t>
      </w:r>
    </w:p>
    <w:p>
      <w:pPr>
        <w:spacing w:lineRule="exact" w:line="520" w:before="0" w:after="0"/>
      </w:pPr>
      <w:r>
        <w:rPr>
          <w:rFonts w:ascii="Trebuchet MS" w:hAnsi="Trebuchet MS" w:cs="Trebuchet MS" w:eastAsia="Trebuchet MS"/>
          <w:b/>
          <w:i w:val="0"/>
          <w:color w:val="2B2F36"/>
          <w:sz w:val="26"/>
        </w:rPr>
        <w:t xml:space="preserve">Fecha: </w:t>
      </w:r>
      <w:r>
        <w:rPr>
          <w:rFonts w:ascii="Trebuchet MS" w:hAnsi="Trebuchet MS" w:cs="Trebuchet MS" w:eastAsia="Trebuchet MS"/>
          <w:b w:val="0"/>
          <w:i w:val="0"/>
          <w:color w:val="2B2F36"/>
          <w:sz w:val="26"/>
        </w:rPr>
        <w:t>Escribe aquí</w:t>
      </w:r>
    </w:p>
    <w:sectPr w:rsidR="00FC693F" w:rsidRPr="0006063C" w:rsidSect="00034616">
      <w:pgSz w:w="12240" w:h="15840"/>
      <w:pgMar w:top="6973" w:right="2194" w:bottom="360" w:left="2194" w:header="0" w:footer="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image" Target="media/image1.jp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Portada de Día de Muertos de recortes</dc:title>
  <dc:subject/>
  <dc:creator>Descargar Portadas</dc:creator>
  <cp:keywords/>
  <dc:description>descargarportadas.com</dc:description>
  <cp:lastModifiedBy>Descargar Portadas</cp:lastModifiedBy>
  <cp:revision>1</cp:revision>
  <dcterms:created xsi:type="dcterms:W3CDTF">2013-12-23T23:15:00Z</dcterms:created>
  <dcterms:modified xsi:type="dcterms:W3CDTF">2013-12-23T23:15:00Z</dcterms:modified>
  <cp:category/>
</cp:coreProperties>
</file>