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Día de Muertos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