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1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Día de Muertos para colorear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000000"/>
          <w:sz w:val="72"/>
        </w:rPr>
        <w:t>Día de Muertos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Grado y grupo: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Escuela: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sectPr w:rsidR="00FC693F" w:rsidRPr="0006063C" w:rsidSect="00034616">
      <w:pgSz w:w="12240" w:h="15840"/>
      <w:pgMar w:top="7725" w:right="2031" w:bottom="360" w:left="203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Día de Muertos para colorear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