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60" w:before="0" w:after="14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Monografía de pizarr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FFFFFF"/>
          <w:sz w:val="80"/>
        </w:rPr>
        <w:t>Monografía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Tema: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Autor(a):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Institución: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Docente: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sectPr w:rsidR="00FC693F" w:rsidRPr="0006063C" w:rsidSect="00034616">
      <w:pgSz w:w="12240" w:h="15840"/>
      <w:pgMar w:top="4957" w:right="2398" w:bottom="360" w:left="239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Monografía de pizarra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