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778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Monografía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Monografía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Tema: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Autor(a):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Institución: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Docente: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4754" w:right="2203" w:bottom="360" w:left="220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Monografía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