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95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Monografía aesthetic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/>
          <w:color w:val="32446E"/>
          <w:sz w:val="72"/>
        </w:rPr>
        <w:t>Monografía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Tema: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Autor(a):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Institución: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Docente: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Fecha: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sectPr w:rsidR="00FC693F" w:rsidRPr="0006063C" w:rsidSect="00034616">
      <w:pgSz w:w="12240" w:h="15840"/>
      <w:pgMar w:top="6042" w:right="2438" w:bottom="360" w:left="2438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Monografía aesthetic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