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edicin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E7C86"/>
          <w:sz w:val="88"/>
        </w:rPr>
        <w:t>Medicina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Medicina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