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y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E05780"/>
          <w:sz w:val="76"/>
        </w:rPr>
        <w:t>Mayo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Mayo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