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rz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588157"/>
          <w:sz w:val="88"/>
        </w:rPr>
        <w:t>Marzo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Marzo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