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arz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445D48"/>
          <w:sz w:val="72"/>
        </w:rPr>
        <w:t>Marzo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Marzo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