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1008" w:before="0" w:after="2002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Borde en zigza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264653"/>
          <w:sz w:val="84"/>
        </w:rPr>
        <w:t>Título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Nombre: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Grado y grupo: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Escuela: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Profesor(a):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Fecha: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5069" w:right="2203" w:bottom="360" w:left="2203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Borde en zigzag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