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e corazon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5383B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corazones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