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00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Marco de estrella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7B2CBF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069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Marco de estrellas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