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e flor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81159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flores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